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E8711" w14:textId="565E976B" w:rsidR="00F3517B" w:rsidRPr="00F3517B" w:rsidRDefault="00000000" w:rsidP="00F3517B">
      <w:pPr>
        <w:pStyle w:val="Prrafodelista"/>
        <w:numPr>
          <w:ilvl w:val="0"/>
          <w:numId w:val="10"/>
        </w:numPr>
        <w:spacing w:after="0" w:line="240" w:lineRule="auto"/>
        <w:rPr>
          <w:rFonts w:ascii="Arial" w:hAnsi="Arial" w:cs="Arial"/>
          <w:b/>
          <w:color w:val="1F4D78"/>
          <w:lang w:val="es-PE"/>
        </w:rPr>
      </w:pPr>
      <w:r w:rsidRPr="00F3517B">
        <w:rPr>
          <w:rFonts w:ascii="Arial" w:hAnsi="Arial" w:cs="Arial"/>
          <w:b/>
          <w:color w:val="1F4D78"/>
          <w:lang w:val="es-PE"/>
        </w:rPr>
        <w:t>DATOS DE LA SOLICITUD</w:t>
      </w:r>
    </w:p>
    <w:p w14:paraId="1078582F" w14:textId="77777777" w:rsidR="00F3517B" w:rsidRPr="00F3517B" w:rsidRDefault="00F3517B" w:rsidP="00F3517B">
      <w:pPr>
        <w:pStyle w:val="Prrafodelista"/>
        <w:spacing w:after="0" w:line="240" w:lineRule="auto"/>
        <w:ind w:left="360"/>
        <w:rPr>
          <w:rFonts w:ascii="Arial" w:hAnsi="Arial" w:cs="Arial"/>
          <w:b/>
          <w:color w:val="1F4D78"/>
          <w:lang w:val="es-PE"/>
        </w:rPr>
      </w:pPr>
    </w:p>
    <w:p w14:paraId="6019F5D3" w14:textId="77777777" w:rsidR="00544EF0" w:rsidRPr="00F3517B" w:rsidRDefault="00000000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lang w:val="es-PE"/>
        </w:rPr>
        <w:t>Fecha de presentación: ____ / ____ / ________</w:t>
      </w:r>
    </w:p>
    <w:p w14:paraId="089E685A" w14:textId="77777777" w:rsid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5EF87B23" w14:textId="083C33DD" w:rsidR="00544EF0" w:rsidRDefault="00000000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lang w:val="es-PE"/>
        </w:rPr>
        <w:t>Marque el derecho que desea ejercer:</w:t>
      </w:r>
    </w:p>
    <w:p w14:paraId="23633E3D" w14:textId="77777777" w:rsidR="00F3517B" w:rsidRP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2697"/>
        <w:gridCol w:w="2551"/>
        <w:gridCol w:w="4112"/>
      </w:tblGrid>
      <w:tr w:rsidR="00F3517B" w:rsidRPr="00F3517B" w14:paraId="235AEF99" w14:textId="77777777" w:rsidTr="00F3517B">
        <w:trPr>
          <w:jc w:val="center"/>
        </w:trPr>
        <w:tc>
          <w:tcPr>
            <w:tcW w:w="2697" w:type="dxa"/>
            <w:vAlign w:val="center"/>
          </w:tcPr>
          <w:p w14:paraId="7D98E599" w14:textId="4333AB60" w:rsidR="00F3517B" w:rsidRPr="00F3517B" w:rsidRDefault="00F3517B" w:rsidP="00F3517B">
            <w:pPr>
              <w:spacing w:after="0" w:line="240" w:lineRule="auto"/>
              <w:rPr>
                <w:rFonts w:ascii="Arial" w:hAnsi="Arial" w:cs="Arial"/>
                <w:lang w:val="es-PE"/>
              </w:rPr>
            </w:pPr>
            <w:r w:rsidRPr="00F3517B">
              <w:rPr>
                <w:rFonts w:ascii="Segoe UI Symbol" w:hAnsi="Segoe UI Symbol" w:cs="Segoe UI Symbol"/>
                <w:lang w:val="es-PE"/>
              </w:rPr>
              <w:t>☐</w:t>
            </w:r>
            <w:r w:rsidRPr="00F3517B">
              <w:rPr>
                <w:rFonts w:ascii="Arial" w:hAnsi="Arial" w:cs="Arial"/>
                <w:lang w:val="es-PE"/>
              </w:rPr>
              <w:t xml:space="preserve"> Información</w:t>
            </w:r>
          </w:p>
        </w:tc>
        <w:tc>
          <w:tcPr>
            <w:tcW w:w="2551" w:type="dxa"/>
            <w:vAlign w:val="center"/>
          </w:tcPr>
          <w:p w14:paraId="5C27C8DB" w14:textId="77777777" w:rsidR="00F3517B" w:rsidRPr="00F3517B" w:rsidRDefault="00F3517B" w:rsidP="00F3517B">
            <w:pPr>
              <w:spacing w:after="0" w:line="240" w:lineRule="auto"/>
              <w:rPr>
                <w:rFonts w:ascii="Arial" w:hAnsi="Arial" w:cs="Arial"/>
                <w:lang w:val="es-PE"/>
              </w:rPr>
            </w:pPr>
            <w:r w:rsidRPr="00F3517B">
              <w:rPr>
                <w:rFonts w:ascii="Segoe UI Symbol" w:hAnsi="Segoe UI Symbol" w:cs="Segoe UI Symbol"/>
                <w:lang w:val="es-PE"/>
              </w:rPr>
              <w:t>☐</w:t>
            </w:r>
            <w:r w:rsidRPr="00F3517B">
              <w:rPr>
                <w:rFonts w:ascii="Arial" w:hAnsi="Arial" w:cs="Arial"/>
                <w:lang w:val="es-PE"/>
              </w:rPr>
              <w:t xml:space="preserve"> Acceso</w:t>
            </w:r>
          </w:p>
        </w:tc>
        <w:tc>
          <w:tcPr>
            <w:tcW w:w="4112" w:type="dxa"/>
            <w:vAlign w:val="center"/>
          </w:tcPr>
          <w:p w14:paraId="6DAD1065" w14:textId="3FB8AF67" w:rsidR="00F3517B" w:rsidRPr="00F3517B" w:rsidRDefault="00F3517B" w:rsidP="00F3517B">
            <w:pPr>
              <w:spacing w:after="0" w:line="240" w:lineRule="auto"/>
              <w:rPr>
                <w:rFonts w:ascii="Arial" w:hAnsi="Arial" w:cs="Arial"/>
                <w:lang w:val="es-PE"/>
              </w:rPr>
            </w:pPr>
            <w:r w:rsidRPr="00F3517B">
              <w:rPr>
                <w:rFonts w:ascii="Segoe UI Symbol" w:hAnsi="Segoe UI Symbol" w:cs="Segoe UI Symbol"/>
                <w:lang w:val="es-PE"/>
              </w:rPr>
              <w:t>☐</w:t>
            </w:r>
            <w:r w:rsidRPr="00F3517B">
              <w:rPr>
                <w:rFonts w:ascii="Arial" w:hAnsi="Arial" w:cs="Arial"/>
                <w:lang w:val="es-PE"/>
              </w:rPr>
              <w:t xml:space="preserve"> Cancelación / Supresión</w:t>
            </w:r>
          </w:p>
        </w:tc>
      </w:tr>
      <w:tr w:rsidR="00F3517B" w:rsidRPr="00F3517B" w14:paraId="609E8331" w14:textId="77777777" w:rsidTr="00F3517B">
        <w:trPr>
          <w:jc w:val="center"/>
        </w:trPr>
        <w:tc>
          <w:tcPr>
            <w:tcW w:w="2697" w:type="dxa"/>
            <w:vAlign w:val="center"/>
          </w:tcPr>
          <w:p w14:paraId="72A692A0" w14:textId="236C4977" w:rsidR="00F3517B" w:rsidRPr="00F3517B" w:rsidRDefault="00F3517B" w:rsidP="00F3517B">
            <w:pPr>
              <w:spacing w:after="0" w:line="240" w:lineRule="auto"/>
              <w:rPr>
                <w:rFonts w:ascii="Arial" w:hAnsi="Arial" w:cs="Arial"/>
                <w:lang w:val="es-PE"/>
              </w:rPr>
            </w:pPr>
            <w:r w:rsidRPr="00F3517B">
              <w:rPr>
                <w:rFonts w:ascii="Segoe UI Symbol" w:hAnsi="Segoe UI Symbol" w:cs="Segoe UI Symbol"/>
                <w:lang w:val="es-PE"/>
              </w:rPr>
              <w:t>☐</w:t>
            </w:r>
            <w:r w:rsidRPr="00F3517B">
              <w:rPr>
                <w:rFonts w:ascii="Arial" w:hAnsi="Arial" w:cs="Arial"/>
                <w:lang w:val="es-PE"/>
              </w:rPr>
              <w:t xml:space="preserve"> Oposición</w:t>
            </w:r>
          </w:p>
        </w:tc>
        <w:tc>
          <w:tcPr>
            <w:tcW w:w="2551" w:type="dxa"/>
            <w:vAlign w:val="center"/>
          </w:tcPr>
          <w:p w14:paraId="3956BB60" w14:textId="2B2DC960" w:rsidR="00F3517B" w:rsidRPr="00F3517B" w:rsidRDefault="00F3517B" w:rsidP="00F3517B">
            <w:pPr>
              <w:spacing w:after="0" w:line="240" w:lineRule="auto"/>
              <w:rPr>
                <w:rFonts w:ascii="Arial" w:hAnsi="Arial" w:cs="Arial"/>
                <w:lang w:val="es-PE"/>
              </w:rPr>
            </w:pPr>
            <w:r w:rsidRPr="00F3517B">
              <w:rPr>
                <w:rFonts w:ascii="Segoe UI Symbol" w:hAnsi="Segoe UI Symbol" w:cs="Segoe UI Symbol"/>
                <w:lang w:val="es-PE"/>
              </w:rPr>
              <w:t>☐</w:t>
            </w:r>
            <w:r w:rsidRPr="00F3517B">
              <w:rPr>
                <w:rFonts w:ascii="Arial" w:hAnsi="Arial" w:cs="Arial"/>
                <w:lang w:val="es-PE"/>
              </w:rPr>
              <w:t xml:space="preserve"> Rectificación     </w:t>
            </w:r>
          </w:p>
        </w:tc>
        <w:tc>
          <w:tcPr>
            <w:tcW w:w="4112" w:type="dxa"/>
            <w:vAlign w:val="center"/>
          </w:tcPr>
          <w:p w14:paraId="7B54005A" w14:textId="7E2700CD" w:rsidR="00F3517B" w:rsidRPr="00F3517B" w:rsidRDefault="00F3517B" w:rsidP="00F3517B">
            <w:pPr>
              <w:spacing w:after="0" w:line="240" w:lineRule="auto"/>
              <w:rPr>
                <w:rFonts w:ascii="Arial" w:hAnsi="Arial" w:cs="Arial"/>
                <w:lang w:val="es-PE"/>
              </w:rPr>
            </w:pPr>
            <w:r w:rsidRPr="00F3517B">
              <w:rPr>
                <w:rFonts w:ascii="Segoe UI Symbol" w:hAnsi="Segoe UI Symbol" w:cs="Segoe UI Symbol"/>
                <w:lang w:val="es-PE"/>
              </w:rPr>
              <w:t>☐</w:t>
            </w:r>
            <w:r w:rsidRPr="00F3517B">
              <w:rPr>
                <w:rFonts w:ascii="Arial" w:hAnsi="Arial" w:cs="Arial"/>
                <w:lang w:val="es-PE"/>
              </w:rPr>
              <w:t xml:space="preserve"> Revocación del consentimiento, cuando corresponda</w:t>
            </w:r>
          </w:p>
        </w:tc>
      </w:tr>
    </w:tbl>
    <w:p w14:paraId="22011473" w14:textId="443C56CE" w:rsidR="00F3517B" w:rsidRDefault="00F3517B" w:rsidP="00F3517B">
      <w:pPr>
        <w:spacing w:after="0" w:line="240" w:lineRule="auto"/>
        <w:rPr>
          <w:rFonts w:ascii="Arial" w:hAnsi="Arial" w:cs="Arial"/>
          <w:b/>
          <w:color w:val="1F4D78"/>
          <w:lang w:val="es-PE"/>
        </w:rPr>
      </w:pPr>
    </w:p>
    <w:p w14:paraId="275BCFB6" w14:textId="77777777" w:rsidR="00F3517B" w:rsidRPr="00F3517B" w:rsidRDefault="00F3517B" w:rsidP="00F3517B">
      <w:pPr>
        <w:spacing w:after="0" w:line="240" w:lineRule="auto"/>
        <w:rPr>
          <w:rFonts w:ascii="Arial" w:hAnsi="Arial" w:cs="Arial"/>
          <w:b/>
          <w:color w:val="1F4D78"/>
          <w:lang w:val="es-PE"/>
        </w:rPr>
      </w:pPr>
    </w:p>
    <w:p w14:paraId="3C1BCA70" w14:textId="27E1F1AC" w:rsidR="00544EF0" w:rsidRDefault="00000000" w:rsidP="00F3517B">
      <w:pPr>
        <w:pStyle w:val="Prrafodelista"/>
        <w:numPr>
          <w:ilvl w:val="0"/>
          <w:numId w:val="10"/>
        </w:numPr>
        <w:spacing w:after="0" w:line="240" w:lineRule="auto"/>
        <w:rPr>
          <w:rFonts w:ascii="Arial" w:hAnsi="Arial" w:cs="Arial"/>
          <w:b/>
          <w:color w:val="1F4D78"/>
          <w:lang w:val="es-PE"/>
        </w:rPr>
      </w:pPr>
      <w:r w:rsidRPr="00F3517B">
        <w:rPr>
          <w:rFonts w:ascii="Arial" w:hAnsi="Arial" w:cs="Arial"/>
          <w:b/>
          <w:color w:val="1F4D78"/>
          <w:lang w:val="es-PE"/>
        </w:rPr>
        <w:t>DATOS DEL TITULAR DE LOS DATOS PERSONALES</w:t>
      </w:r>
    </w:p>
    <w:p w14:paraId="23A5DEB8" w14:textId="77777777" w:rsidR="00F3517B" w:rsidRPr="00F3517B" w:rsidRDefault="00F3517B" w:rsidP="00F3517B">
      <w:pPr>
        <w:pStyle w:val="Prrafodelista"/>
        <w:spacing w:after="0" w:line="240" w:lineRule="auto"/>
        <w:ind w:left="360"/>
        <w:rPr>
          <w:rFonts w:ascii="Arial" w:hAnsi="Arial" w:cs="Arial"/>
          <w:b/>
          <w:color w:val="1F4D78"/>
          <w:lang w:val="es-PE"/>
        </w:rPr>
      </w:pPr>
    </w:p>
    <w:p w14:paraId="11320A26" w14:textId="6445D45D" w:rsidR="00544EF0" w:rsidRDefault="00000000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b/>
          <w:lang w:val="es-PE"/>
        </w:rPr>
        <w:t xml:space="preserve">Nombres completos </w:t>
      </w:r>
      <w:r w:rsidRPr="00F3517B">
        <w:rPr>
          <w:rFonts w:ascii="Arial" w:hAnsi="Arial" w:cs="Arial"/>
          <w:lang w:val="es-PE"/>
        </w:rPr>
        <w:t>__________________________________________________________________________</w:t>
      </w:r>
    </w:p>
    <w:p w14:paraId="6246C235" w14:textId="77777777" w:rsidR="00F3517B" w:rsidRP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47BC1704" w14:textId="48FDE77F" w:rsidR="00544EF0" w:rsidRDefault="00000000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b/>
          <w:lang w:val="es-PE"/>
        </w:rPr>
        <w:t xml:space="preserve">Documento de identidad (DNI, CE o pasaporte) </w:t>
      </w:r>
      <w:r w:rsidRPr="00F3517B">
        <w:rPr>
          <w:rFonts w:ascii="Arial" w:hAnsi="Arial" w:cs="Arial"/>
          <w:lang w:val="es-PE"/>
        </w:rPr>
        <w:t>__________________________________________________________________________</w:t>
      </w:r>
    </w:p>
    <w:p w14:paraId="4B3DD992" w14:textId="77777777" w:rsidR="00F3517B" w:rsidRP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15CBCBAC" w14:textId="55D409E6" w:rsidR="00544EF0" w:rsidRDefault="00000000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b/>
          <w:lang w:val="es-PE"/>
        </w:rPr>
        <w:t xml:space="preserve">Teléfono </w:t>
      </w:r>
      <w:r w:rsidRPr="00F3517B">
        <w:rPr>
          <w:rFonts w:ascii="Arial" w:hAnsi="Arial" w:cs="Arial"/>
          <w:lang w:val="es-PE"/>
        </w:rPr>
        <w:t>__________________________________________________________________________</w:t>
      </w:r>
    </w:p>
    <w:p w14:paraId="29946E48" w14:textId="77777777" w:rsidR="00F3517B" w:rsidRP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46514972" w14:textId="19B417A7" w:rsidR="00544EF0" w:rsidRDefault="00000000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b/>
          <w:lang w:val="es-PE"/>
        </w:rPr>
        <w:t xml:space="preserve">Correo electrónico para recibir respuesta </w:t>
      </w:r>
      <w:r w:rsidRPr="00F3517B">
        <w:rPr>
          <w:rFonts w:ascii="Arial" w:hAnsi="Arial" w:cs="Arial"/>
          <w:lang w:val="es-PE"/>
        </w:rPr>
        <w:t>__________________________________________________________________________</w:t>
      </w:r>
    </w:p>
    <w:p w14:paraId="61BD9055" w14:textId="77777777" w:rsidR="00F3517B" w:rsidRP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377B6A97" w14:textId="4056E538" w:rsidR="00544EF0" w:rsidRDefault="00000000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b/>
          <w:lang w:val="es-PE"/>
        </w:rPr>
        <w:t xml:space="preserve">Domicilio (opcional) </w:t>
      </w:r>
      <w:r w:rsidRPr="00F3517B">
        <w:rPr>
          <w:rFonts w:ascii="Arial" w:hAnsi="Arial" w:cs="Arial"/>
          <w:lang w:val="es-PE"/>
        </w:rPr>
        <w:t>__________________________________________________________________________</w:t>
      </w:r>
    </w:p>
    <w:p w14:paraId="50464303" w14:textId="77777777" w:rsidR="00F3517B" w:rsidRP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14B4E3F9" w14:textId="1BCA09E1" w:rsidR="00544EF0" w:rsidRPr="00F3517B" w:rsidRDefault="00000000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lang w:val="es-PE"/>
        </w:rPr>
        <w:t xml:space="preserve">¿Presenta la solicitud mediante representante?    </w:t>
      </w:r>
      <w:r w:rsidR="00F3517B" w:rsidRPr="00F3517B">
        <w:rPr>
          <w:rFonts w:ascii="Segoe UI Symbol" w:hAnsi="Segoe UI Symbol" w:cs="Segoe UI Symbol"/>
          <w:lang w:val="es-PE"/>
        </w:rPr>
        <w:t>☐</w:t>
      </w:r>
      <w:r w:rsidR="00F3517B" w:rsidRPr="00F3517B">
        <w:rPr>
          <w:rFonts w:ascii="Arial" w:hAnsi="Arial" w:cs="Arial"/>
          <w:lang w:val="es-PE"/>
        </w:rPr>
        <w:t xml:space="preserve"> No</w:t>
      </w:r>
      <w:r w:rsidRPr="00F3517B">
        <w:rPr>
          <w:rFonts w:ascii="Arial" w:hAnsi="Arial" w:cs="Arial"/>
          <w:lang w:val="es-PE"/>
        </w:rPr>
        <w:t xml:space="preserve">     </w:t>
      </w:r>
      <w:r w:rsidR="00F3517B" w:rsidRPr="00F3517B">
        <w:rPr>
          <w:rFonts w:ascii="Segoe UI Symbol" w:hAnsi="Segoe UI Symbol" w:cs="Segoe UI Symbol"/>
          <w:lang w:val="es-PE"/>
        </w:rPr>
        <w:t>☐</w:t>
      </w:r>
      <w:r w:rsidR="00F3517B" w:rsidRPr="00F3517B">
        <w:rPr>
          <w:rFonts w:ascii="Arial" w:hAnsi="Arial" w:cs="Arial"/>
          <w:lang w:val="es-PE"/>
        </w:rPr>
        <w:t xml:space="preserve"> Sí</w:t>
      </w:r>
    </w:p>
    <w:p w14:paraId="4B5EF999" w14:textId="77777777" w:rsidR="00F3517B" w:rsidRDefault="00F3517B" w:rsidP="00F3517B">
      <w:pPr>
        <w:spacing w:after="0" w:line="240" w:lineRule="auto"/>
        <w:rPr>
          <w:rFonts w:ascii="Arial" w:hAnsi="Arial" w:cs="Arial"/>
          <w:color w:val="595959"/>
          <w:lang w:val="es-PE"/>
        </w:rPr>
      </w:pPr>
    </w:p>
    <w:p w14:paraId="7A9A7503" w14:textId="3285A02F" w:rsidR="00544EF0" w:rsidRDefault="00000000" w:rsidP="00F3517B">
      <w:pPr>
        <w:spacing w:after="0" w:line="240" w:lineRule="auto"/>
        <w:rPr>
          <w:rFonts w:ascii="Arial" w:hAnsi="Arial" w:cs="Arial"/>
          <w:color w:val="595959"/>
          <w:lang w:val="es-PE"/>
        </w:rPr>
      </w:pPr>
      <w:r w:rsidRPr="00F3517B">
        <w:rPr>
          <w:rFonts w:ascii="Arial" w:hAnsi="Arial" w:cs="Arial"/>
          <w:color w:val="595959"/>
          <w:lang w:val="es-PE"/>
        </w:rPr>
        <w:t>De ser afirmativa, complete los datos del representante en la siguiente sección y adjunte el sustento de representación.</w:t>
      </w:r>
    </w:p>
    <w:p w14:paraId="5B1DB51C" w14:textId="77777777" w:rsid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0F137344" w14:textId="77777777" w:rsidR="00F3517B" w:rsidRP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1287DEB7" w14:textId="304FAA8A" w:rsidR="00544EF0" w:rsidRPr="00F3517B" w:rsidRDefault="00000000" w:rsidP="00F3517B">
      <w:pPr>
        <w:pStyle w:val="Prrafodelista"/>
        <w:numPr>
          <w:ilvl w:val="0"/>
          <w:numId w:val="10"/>
        </w:numPr>
        <w:spacing w:after="0" w:line="240" w:lineRule="auto"/>
        <w:rPr>
          <w:rFonts w:ascii="Arial" w:hAnsi="Arial" w:cs="Arial"/>
          <w:b/>
          <w:color w:val="1F4D78"/>
          <w:lang w:val="es-PE"/>
        </w:rPr>
      </w:pPr>
      <w:r w:rsidRPr="00F3517B">
        <w:rPr>
          <w:rFonts w:ascii="Arial" w:hAnsi="Arial" w:cs="Arial"/>
          <w:b/>
          <w:color w:val="1F4D78"/>
          <w:lang w:val="es-PE"/>
        </w:rPr>
        <w:t>DATOS DEL REPRESENTANTE (SI CORRESPONDE)</w:t>
      </w:r>
    </w:p>
    <w:p w14:paraId="13DA1476" w14:textId="77777777" w:rsidR="00F3517B" w:rsidRPr="00F3517B" w:rsidRDefault="00F3517B" w:rsidP="00F3517B">
      <w:pPr>
        <w:pStyle w:val="Prrafodelista"/>
        <w:spacing w:after="0" w:line="240" w:lineRule="auto"/>
        <w:ind w:left="360"/>
        <w:rPr>
          <w:rFonts w:ascii="Arial" w:hAnsi="Arial" w:cs="Arial"/>
          <w:lang w:val="es-PE"/>
        </w:rPr>
      </w:pPr>
    </w:p>
    <w:p w14:paraId="0177D83E" w14:textId="7E4CD8EC" w:rsidR="00544EF0" w:rsidRDefault="00000000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b/>
          <w:lang w:val="es-PE"/>
        </w:rPr>
        <w:t xml:space="preserve">Nombres completos </w:t>
      </w:r>
      <w:r w:rsidRPr="00F3517B">
        <w:rPr>
          <w:rFonts w:ascii="Arial" w:hAnsi="Arial" w:cs="Arial"/>
          <w:lang w:val="es-PE"/>
        </w:rPr>
        <w:t>__________________________________________________________________________</w:t>
      </w:r>
    </w:p>
    <w:p w14:paraId="36A3526B" w14:textId="77777777" w:rsidR="00F3517B" w:rsidRP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6DAF7A1E" w14:textId="329D9329" w:rsidR="00544EF0" w:rsidRDefault="00000000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b/>
          <w:lang w:val="es-PE"/>
        </w:rPr>
        <w:t xml:space="preserve">Documento de identidad </w:t>
      </w:r>
      <w:r w:rsidRPr="00F3517B">
        <w:rPr>
          <w:rFonts w:ascii="Arial" w:hAnsi="Arial" w:cs="Arial"/>
          <w:lang w:val="es-PE"/>
        </w:rPr>
        <w:t>__________________________________________________________________________</w:t>
      </w:r>
    </w:p>
    <w:p w14:paraId="0222790F" w14:textId="77777777" w:rsidR="00F3517B" w:rsidRP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7FECC88E" w14:textId="110CA876" w:rsidR="00544EF0" w:rsidRDefault="00000000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b/>
          <w:lang w:val="es-PE"/>
        </w:rPr>
        <w:t xml:space="preserve">Correo electrónico y teléfono </w:t>
      </w:r>
      <w:r w:rsidRPr="00F3517B">
        <w:rPr>
          <w:rFonts w:ascii="Arial" w:hAnsi="Arial" w:cs="Arial"/>
          <w:lang w:val="es-PE"/>
        </w:rPr>
        <w:t>__________________________________________________________________________</w:t>
      </w:r>
    </w:p>
    <w:p w14:paraId="0CEC2985" w14:textId="77777777" w:rsidR="00F3517B" w:rsidRP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39D6FE7A" w14:textId="5B0191E1" w:rsidR="00544EF0" w:rsidRDefault="00000000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b/>
          <w:lang w:val="es-PE"/>
        </w:rPr>
        <w:t xml:space="preserve">Documento que acredita la representación </w:t>
      </w:r>
      <w:r w:rsidRPr="00F3517B">
        <w:rPr>
          <w:rFonts w:ascii="Arial" w:hAnsi="Arial" w:cs="Arial"/>
          <w:lang w:val="es-PE"/>
        </w:rPr>
        <w:t>__________________________________________________________________________</w:t>
      </w:r>
    </w:p>
    <w:p w14:paraId="56F0E428" w14:textId="77777777" w:rsidR="00F3517B" w:rsidRP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07ED50C9" w14:textId="77777777" w:rsidR="00544EF0" w:rsidRPr="00F3517B" w:rsidRDefault="00000000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lang w:val="es-PE"/>
        </w:rPr>
        <w:br w:type="page"/>
      </w:r>
    </w:p>
    <w:p w14:paraId="3640E6EB" w14:textId="5EB0227E" w:rsidR="00544EF0" w:rsidRPr="00F3517B" w:rsidRDefault="00000000" w:rsidP="00F3517B">
      <w:pPr>
        <w:pStyle w:val="Prrafodelista"/>
        <w:numPr>
          <w:ilvl w:val="0"/>
          <w:numId w:val="10"/>
        </w:numPr>
        <w:spacing w:after="0" w:line="240" w:lineRule="auto"/>
        <w:rPr>
          <w:rFonts w:ascii="Arial" w:hAnsi="Arial" w:cs="Arial"/>
          <w:b/>
          <w:color w:val="1F4D78"/>
          <w:lang w:val="es-PE"/>
        </w:rPr>
      </w:pPr>
      <w:r w:rsidRPr="00F3517B">
        <w:rPr>
          <w:rFonts w:ascii="Arial" w:hAnsi="Arial" w:cs="Arial"/>
          <w:b/>
          <w:color w:val="1F4D78"/>
          <w:lang w:val="es-PE"/>
        </w:rPr>
        <w:lastRenderedPageBreak/>
        <w:t>DESCRIPCIÓN DE LA SOLICITUD</w:t>
      </w:r>
    </w:p>
    <w:p w14:paraId="4A42FD4E" w14:textId="77777777" w:rsid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72E78C2D" w14:textId="1C7832D6" w:rsidR="00544EF0" w:rsidRDefault="00000000" w:rsidP="00F3517B">
      <w:pPr>
        <w:spacing w:after="0" w:line="240" w:lineRule="auto"/>
        <w:jc w:val="both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lang w:val="es-PE"/>
        </w:rPr>
        <w:t xml:space="preserve">Describa su solicitud de manera clara y precisa. Si solicita rectificación, cancelación </w:t>
      </w:r>
      <w:proofErr w:type="spellStart"/>
      <w:r w:rsidRPr="00F3517B">
        <w:rPr>
          <w:rFonts w:ascii="Arial" w:hAnsi="Arial" w:cs="Arial"/>
          <w:lang w:val="es-PE"/>
        </w:rPr>
        <w:t>o</w:t>
      </w:r>
      <w:proofErr w:type="spellEnd"/>
      <w:r w:rsidRPr="00F3517B">
        <w:rPr>
          <w:rFonts w:ascii="Arial" w:hAnsi="Arial" w:cs="Arial"/>
          <w:lang w:val="es-PE"/>
        </w:rPr>
        <w:t xml:space="preserve"> oposición, indique los datos involucrados y, de ser necesario, adjunte documentación de sustento.</w:t>
      </w:r>
    </w:p>
    <w:p w14:paraId="10BD2314" w14:textId="77777777" w:rsidR="00F3517B" w:rsidRDefault="00F3517B" w:rsidP="00F3517B">
      <w:pPr>
        <w:spacing w:after="0" w:line="240" w:lineRule="auto"/>
        <w:jc w:val="both"/>
        <w:rPr>
          <w:rFonts w:ascii="Arial" w:hAnsi="Arial" w:cs="Arial"/>
          <w:lang w:val="es-PE"/>
        </w:rPr>
      </w:pPr>
    </w:p>
    <w:p w14:paraId="6172C1B1" w14:textId="77777777" w:rsidR="00F3517B" w:rsidRPr="00F3517B" w:rsidRDefault="00F3517B" w:rsidP="00F3517B">
      <w:pPr>
        <w:spacing w:after="0" w:line="240" w:lineRule="auto"/>
        <w:jc w:val="both"/>
        <w:rPr>
          <w:rFonts w:ascii="Arial" w:hAnsi="Arial" w:cs="Arial"/>
          <w:lang w:val="es-PE"/>
        </w:rPr>
      </w:pPr>
    </w:p>
    <w:p w14:paraId="04DFF428" w14:textId="50574CC9" w:rsidR="00544EF0" w:rsidRPr="00F3517B" w:rsidRDefault="00000000" w:rsidP="00F3517B">
      <w:pPr>
        <w:pStyle w:val="Prrafodelista"/>
        <w:numPr>
          <w:ilvl w:val="0"/>
          <w:numId w:val="10"/>
        </w:numPr>
        <w:spacing w:after="0" w:line="240" w:lineRule="auto"/>
        <w:rPr>
          <w:rFonts w:ascii="Arial" w:hAnsi="Arial" w:cs="Arial"/>
          <w:b/>
          <w:color w:val="1F4D78"/>
          <w:lang w:val="es-PE"/>
        </w:rPr>
      </w:pPr>
      <w:r w:rsidRPr="00F3517B">
        <w:rPr>
          <w:rFonts w:ascii="Arial" w:hAnsi="Arial" w:cs="Arial"/>
          <w:b/>
          <w:color w:val="1F4D78"/>
          <w:lang w:val="es-PE"/>
        </w:rPr>
        <w:t>DOCUMENTOS ADJUNTOS</w:t>
      </w:r>
    </w:p>
    <w:p w14:paraId="35818D82" w14:textId="77777777" w:rsidR="00F3517B" w:rsidRP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1EA65436" w14:textId="77777777" w:rsidR="00544EF0" w:rsidRPr="00F3517B" w:rsidRDefault="00000000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lang w:val="es-PE"/>
        </w:rPr>
        <w:t>Marque los documentos que adjunta:</w:t>
      </w:r>
    </w:p>
    <w:p w14:paraId="6DF95F80" w14:textId="4AE54C1F" w:rsidR="00544EF0" w:rsidRP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Segoe UI Symbol" w:hAnsi="Segoe UI Symbol" w:cs="Segoe UI Symbol"/>
          <w:lang w:val="es-PE"/>
        </w:rPr>
        <w:t>☐</w:t>
      </w:r>
      <w:r w:rsidRPr="00F3517B">
        <w:rPr>
          <w:rFonts w:ascii="Arial" w:hAnsi="Arial" w:cs="Arial"/>
          <w:lang w:val="es-PE"/>
        </w:rPr>
        <w:t xml:space="preserve"> Copia simple de documento de identidad del titular.</w:t>
      </w:r>
    </w:p>
    <w:p w14:paraId="12D1A112" w14:textId="7A2DC1A4" w:rsidR="00544EF0" w:rsidRP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Segoe UI Symbol" w:hAnsi="Segoe UI Symbol" w:cs="Segoe UI Symbol"/>
          <w:lang w:val="es-PE"/>
        </w:rPr>
        <w:t>☐</w:t>
      </w:r>
      <w:r w:rsidRPr="00F3517B">
        <w:rPr>
          <w:rFonts w:ascii="Arial" w:hAnsi="Arial" w:cs="Arial"/>
          <w:lang w:val="es-PE"/>
        </w:rPr>
        <w:t xml:space="preserve"> Documento que acredita la representación, cuando corresponda.</w:t>
      </w:r>
    </w:p>
    <w:p w14:paraId="0F1CF4DA" w14:textId="02263589" w:rsidR="00544EF0" w:rsidRP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Segoe UI Symbol" w:hAnsi="Segoe UI Symbol" w:cs="Segoe UI Symbol"/>
          <w:lang w:val="es-PE"/>
        </w:rPr>
        <w:t>☐</w:t>
      </w:r>
      <w:r w:rsidRPr="00F3517B">
        <w:rPr>
          <w:rFonts w:ascii="Arial" w:hAnsi="Arial" w:cs="Arial"/>
          <w:lang w:val="es-PE"/>
        </w:rPr>
        <w:t xml:space="preserve"> Documentación que sustenta la rectificación, cancelación u oposición solicitada.</w:t>
      </w:r>
    </w:p>
    <w:p w14:paraId="64EA0358" w14:textId="6542B20D" w:rsidR="00544EF0" w:rsidRP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Segoe UI Symbol" w:hAnsi="Segoe UI Symbol" w:cs="Segoe UI Symbol"/>
          <w:lang w:val="es-PE"/>
        </w:rPr>
        <w:t>☐</w:t>
      </w:r>
      <w:r w:rsidRPr="00F3517B">
        <w:rPr>
          <w:rFonts w:ascii="Arial" w:hAnsi="Arial" w:cs="Arial"/>
          <w:lang w:val="es-PE"/>
        </w:rPr>
        <w:t xml:space="preserve"> Otros documentos de sustento: ________________________________________________.</w:t>
      </w:r>
    </w:p>
    <w:p w14:paraId="2A105F25" w14:textId="77777777" w:rsidR="00F3517B" w:rsidRDefault="00F3517B" w:rsidP="00F3517B">
      <w:pPr>
        <w:spacing w:after="0" w:line="240" w:lineRule="auto"/>
        <w:rPr>
          <w:rFonts w:ascii="Arial" w:hAnsi="Arial" w:cs="Arial"/>
          <w:b/>
          <w:color w:val="1F4D78"/>
          <w:lang w:val="es-PE"/>
        </w:rPr>
      </w:pPr>
    </w:p>
    <w:p w14:paraId="34BE6041" w14:textId="77777777" w:rsidR="00F3517B" w:rsidRDefault="00F3517B" w:rsidP="00F3517B">
      <w:pPr>
        <w:spacing w:after="0" w:line="240" w:lineRule="auto"/>
        <w:rPr>
          <w:rFonts w:ascii="Arial" w:hAnsi="Arial" w:cs="Arial"/>
          <w:b/>
          <w:color w:val="1F4D78"/>
          <w:lang w:val="es-PE"/>
        </w:rPr>
      </w:pPr>
    </w:p>
    <w:p w14:paraId="008F30FF" w14:textId="0F08C40D" w:rsidR="00544EF0" w:rsidRPr="00F3517B" w:rsidRDefault="00000000" w:rsidP="00F3517B">
      <w:pPr>
        <w:pStyle w:val="Prrafodelista"/>
        <w:numPr>
          <w:ilvl w:val="0"/>
          <w:numId w:val="10"/>
        </w:numPr>
        <w:spacing w:after="0" w:line="240" w:lineRule="auto"/>
        <w:rPr>
          <w:rFonts w:ascii="Arial" w:hAnsi="Arial" w:cs="Arial"/>
          <w:b/>
          <w:color w:val="1F4D78"/>
          <w:lang w:val="es-PE"/>
        </w:rPr>
      </w:pPr>
      <w:r w:rsidRPr="00F3517B">
        <w:rPr>
          <w:rFonts w:ascii="Arial" w:hAnsi="Arial" w:cs="Arial"/>
          <w:b/>
          <w:color w:val="1F4D78"/>
          <w:lang w:val="es-PE"/>
        </w:rPr>
        <w:t>DECLARACIÓN Y FIRMA</w:t>
      </w:r>
    </w:p>
    <w:p w14:paraId="2560D644" w14:textId="77777777" w:rsidR="00F3517B" w:rsidRPr="00F3517B" w:rsidRDefault="00F3517B" w:rsidP="00F3517B">
      <w:pPr>
        <w:pStyle w:val="Prrafodelista"/>
        <w:spacing w:after="0" w:line="240" w:lineRule="auto"/>
        <w:ind w:left="360"/>
        <w:rPr>
          <w:rFonts w:ascii="Arial" w:hAnsi="Arial" w:cs="Arial"/>
          <w:lang w:val="es-PE"/>
        </w:rPr>
      </w:pPr>
    </w:p>
    <w:p w14:paraId="10575AF1" w14:textId="77777777" w:rsidR="00544EF0" w:rsidRDefault="00000000" w:rsidP="00F3517B">
      <w:pPr>
        <w:spacing w:after="0" w:line="240" w:lineRule="auto"/>
        <w:jc w:val="both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lang w:val="es-PE"/>
        </w:rPr>
        <w:t>Declaro que la información consignada en esta solicitud es verdadera y que soy titular de los datos personales o cuento con facultades suficientes para actuar en representación del titular.</w:t>
      </w:r>
    </w:p>
    <w:p w14:paraId="339FC9CA" w14:textId="77777777" w:rsid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6145789A" w14:textId="77777777" w:rsid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02B66614" w14:textId="77777777" w:rsid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25BC4E01" w14:textId="77777777" w:rsidR="00F3517B" w:rsidRP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0E859A50" w14:textId="77777777" w:rsid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02487ACA" w14:textId="792FF6CE" w:rsidR="00544EF0" w:rsidRPr="00F3517B" w:rsidRDefault="00000000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lang w:val="es-PE"/>
        </w:rPr>
        <w:t>Firma del titular o representante:  ___________________________________________</w:t>
      </w:r>
      <w:r w:rsidR="00F3517B">
        <w:rPr>
          <w:rFonts w:ascii="Arial" w:hAnsi="Arial" w:cs="Arial"/>
          <w:lang w:val="es-PE"/>
        </w:rPr>
        <w:t>____</w:t>
      </w:r>
    </w:p>
    <w:p w14:paraId="100D3490" w14:textId="77777777" w:rsid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319B4EF1" w14:textId="53C2A601" w:rsidR="00544EF0" w:rsidRPr="00F3517B" w:rsidRDefault="00000000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lang w:val="es-PE"/>
        </w:rPr>
        <w:t>Nombres y apellidos: _______________________________________________________</w:t>
      </w:r>
      <w:r w:rsidR="00F3517B">
        <w:rPr>
          <w:rFonts w:ascii="Arial" w:hAnsi="Arial" w:cs="Arial"/>
          <w:lang w:val="es-PE"/>
        </w:rPr>
        <w:t>_</w:t>
      </w:r>
    </w:p>
    <w:p w14:paraId="333572B1" w14:textId="77777777" w:rsid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2E30548D" w14:textId="381F476C" w:rsidR="00544EF0" w:rsidRPr="00F3517B" w:rsidRDefault="00000000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lang w:val="es-PE"/>
        </w:rPr>
        <w:t>Documento de identidad: ____________________________________________________</w:t>
      </w:r>
      <w:r w:rsidR="00F3517B">
        <w:rPr>
          <w:rFonts w:ascii="Arial" w:hAnsi="Arial" w:cs="Arial"/>
          <w:lang w:val="es-PE"/>
        </w:rPr>
        <w:t>_</w:t>
      </w:r>
    </w:p>
    <w:p w14:paraId="09E00BD2" w14:textId="77777777" w:rsid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6809A294" w14:textId="75E228D5" w:rsidR="00F3517B" w:rsidRDefault="00000000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lang w:val="es-PE"/>
        </w:rPr>
        <w:t xml:space="preserve">Canal preferido de respuesta:   </w:t>
      </w:r>
      <w:r w:rsidR="00F3517B" w:rsidRPr="00F3517B">
        <w:rPr>
          <w:rFonts w:ascii="Segoe UI Symbol" w:hAnsi="Segoe UI Symbol" w:cs="Segoe UI Symbol"/>
          <w:lang w:val="es-PE"/>
        </w:rPr>
        <w:t>☐</w:t>
      </w:r>
      <w:r w:rsidR="00F3517B" w:rsidRPr="00F3517B">
        <w:rPr>
          <w:rFonts w:ascii="Arial" w:hAnsi="Arial" w:cs="Arial"/>
          <w:lang w:val="es-PE"/>
        </w:rPr>
        <w:t xml:space="preserve"> Correo</w:t>
      </w:r>
      <w:r w:rsidRPr="00F3517B">
        <w:rPr>
          <w:rFonts w:ascii="Arial" w:hAnsi="Arial" w:cs="Arial"/>
          <w:lang w:val="es-PE"/>
        </w:rPr>
        <w:t xml:space="preserve"> electrónico     </w:t>
      </w:r>
      <w:r w:rsidR="00F3517B" w:rsidRPr="00F3517B">
        <w:rPr>
          <w:rFonts w:ascii="Segoe UI Symbol" w:hAnsi="Segoe UI Symbol" w:cs="Segoe UI Symbol"/>
          <w:lang w:val="es-PE"/>
        </w:rPr>
        <w:t>☐</w:t>
      </w:r>
      <w:r w:rsidR="00F3517B" w:rsidRPr="00F3517B">
        <w:rPr>
          <w:rFonts w:ascii="Arial" w:hAnsi="Arial" w:cs="Arial"/>
          <w:lang w:val="es-PE"/>
        </w:rPr>
        <w:t xml:space="preserve"> Domicilio</w:t>
      </w:r>
      <w:r w:rsidRPr="00F3517B">
        <w:rPr>
          <w:rFonts w:ascii="Arial" w:hAnsi="Arial" w:cs="Arial"/>
          <w:lang w:val="es-PE"/>
        </w:rPr>
        <w:t xml:space="preserve">     </w:t>
      </w:r>
      <w:r w:rsidR="00F3517B" w:rsidRPr="00F3517B">
        <w:rPr>
          <w:rFonts w:ascii="Segoe UI Symbol" w:hAnsi="Segoe UI Symbol" w:cs="Segoe UI Symbol"/>
          <w:lang w:val="es-PE"/>
        </w:rPr>
        <w:t>☐</w:t>
      </w:r>
      <w:r w:rsidR="00F3517B" w:rsidRPr="00F3517B">
        <w:rPr>
          <w:rFonts w:ascii="Arial" w:hAnsi="Arial" w:cs="Arial"/>
          <w:lang w:val="es-PE"/>
        </w:rPr>
        <w:t xml:space="preserve"> Otro</w:t>
      </w:r>
      <w:r w:rsidRPr="00F3517B">
        <w:rPr>
          <w:rFonts w:ascii="Arial" w:hAnsi="Arial" w:cs="Arial"/>
          <w:lang w:val="es-PE"/>
        </w:rPr>
        <w:t xml:space="preserve">: </w:t>
      </w:r>
    </w:p>
    <w:p w14:paraId="0F2861A8" w14:textId="60698B4E" w:rsidR="00544EF0" w:rsidRPr="00F3517B" w:rsidRDefault="00000000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lang w:val="es-PE"/>
        </w:rPr>
        <w:t>____________</w:t>
      </w:r>
      <w:r w:rsidR="00F3517B">
        <w:rPr>
          <w:rFonts w:ascii="Arial" w:hAnsi="Arial" w:cs="Arial"/>
          <w:lang w:val="es-PE"/>
        </w:rPr>
        <w:t>_____________________________________________________________</w:t>
      </w:r>
    </w:p>
    <w:p w14:paraId="579C930E" w14:textId="77777777" w:rsid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37512726" w14:textId="77777777" w:rsid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22E9EAE9" w14:textId="77777777" w:rsid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3E9892CC" w14:textId="14DC5C81" w:rsidR="00F3517B" w:rsidRDefault="00DA14E6" w:rsidP="00DA14E6">
      <w:pPr>
        <w:spacing w:after="0" w:line="240" w:lineRule="auto"/>
        <w:jc w:val="both"/>
        <w:rPr>
          <w:rFonts w:ascii="Arial" w:hAnsi="Arial" w:cs="Arial"/>
          <w:lang w:val="es-PE"/>
        </w:rPr>
      </w:pPr>
      <w:r w:rsidRPr="00DA14E6">
        <w:rPr>
          <w:rFonts w:ascii="Arial" w:hAnsi="Arial" w:cs="Arial"/>
          <w:b/>
          <w:bCs/>
          <w:lang w:val="es-PE"/>
        </w:rPr>
        <w:t>Importante:</w:t>
      </w:r>
      <w:r w:rsidRPr="00DA14E6">
        <w:rPr>
          <w:rFonts w:ascii="Arial" w:hAnsi="Arial" w:cs="Arial"/>
          <w:lang w:val="es-PE"/>
        </w:rPr>
        <w:t xml:space="preserve"> La presentación de esta solicitud no limita el derecho del titular de acudir ante la Autoridad Nacional de Protección de Datos Personales, de acuerdo con la normativa aplicable.</w:t>
      </w:r>
    </w:p>
    <w:p w14:paraId="20D8B1B3" w14:textId="77777777" w:rsidR="00F3517B" w:rsidRDefault="00F3517B" w:rsidP="00F3517B">
      <w:pPr>
        <w:spacing w:after="0" w:line="240" w:lineRule="auto"/>
        <w:rPr>
          <w:rFonts w:ascii="Arial" w:hAnsi="Arial" w:cs="Arial"/>
          <w:lang w:val="es-PE"/>
        </w:rPr>
      </w:pPr>
    </w:p>
    <w:p w14:paraId="2C69C65A" w14:textId="7E4464B7" w:rsidR="00544EF0" w:rsidRPr="00F3517B" w:rsidRDefault="00000000" w:rsidP="00F3517B">
      <w:pPr>
        <w:spacing w:after="0" w:line="240" w:lineRule="auto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lang w:val="es-PE"/>
        </w:rPr>
        <w:br w:type="page"/>
      </w:r>
    </w:p>
    <w:p w14:paraId="70EB3F53" w14:textId="77777777" w:rsidR="00544EF0" w:rsidRDefault="00000000" w:rsidP="00DA14E6">
      <w:pPr>
        <w:spacing w:after="0" w:line="240" w:lineRule="auto"/>
        <w:jc w:val="center"/>
        <w:rPr>
          <w:rFonts w:ascii="Arial" w:hAnsi="Arial" w:cs="Arial"/>
          <w:b/>
          <w:color w:val="0B2545"/>
          <w:lang w:val="es-PE"/>
        </w:rPr>
      </w:pPr>
      <w:r w:rsidRPr="00F3517B">
        <w:rPr>
          <w:rFonts w:ascii="Arial" w:hAnsi="Arial" w:cs="Arial"/>
          <w:b/>
          <w:color w:val="0B2545"/>
          <w:lang w:val="es-PE"/>
        </w:rPr>
        <w:lastRenderedPageBreak/>
        <w:t>INFORMACIÓN REFERENCIAL SOBRE DERECHOS ARCO</w:t>
      </w:r>
    </w:p>
    <w:p w14:paraId="6DFC46D5" w14:textId="77777777" w:rsidR="00DA14E6" w:rsidRPr="00F3517B" w:rsidRDefault="00DA14E6" w:rsidP="00DA14E6">
      <w:pPr>
        <w:spacing w:after="0" w:line="240" w:lineRule="auto"/>
        <w:jc w:val="both"/>
        <w:rPr>
          <w:rFonts w:ascii="Arial" w:hAnsi="Arial" w:cs="Arial"/>
          <w:lang w:val="es-PE"/>
        </w:rPr>
      </w:pPr>
    </w:p>
    <w:p w14:paraId="0BE9466F" w14:textId="77777777" w:rsidR="00544EF0" w:rsidRDefault="00000000" w:rsidP="00DA14E6">
      <w:pPr>
        <w:spacing w:after="0" w:line="240" w:lineRule="auto"/>
        <w:jc w:val="both"/>
        <w:rPr>
          <w:rFonts w:ascii="Arial" w:hAnsi="Arial" w:cs="Arial"/>
          <w:color w:val="595959"/>
          <w:lang w:val="es-PE"/>
        </w:rPr>
      </w:pPr>
      <w:r w:rsidRPr="00F3517B">
        <w:rPr>
          <w:rFonts w:ascii="Arial" w:hAnsi="Arial" w:cs="Arial"/>
          <w:color w:val="595959"/>
          <w:lang w:val="es-PE"/>
        </w:rPr>
        <w:t>Este anexo tiene carácter informativo. Los plazos se cuentan en días hábiles desde el día siguiente de recibida la solicitud completa, conforme a la normativa aplicable.</w:t>
      </w:r>
    </w:p>
    <w:p w14:paraId="7848AFC5" w14:textId="77777777" w:rsidR="00DA14E6" w:rsidRPr="00F3517B" w:rsidRDefault="00DA14E6" w:rsidP="00DA14E6">
      <w:pPr>
        <w:spacing w:after="0" w:line="240" w:lineRule="auto"/>
        <w:jc w:val="both"/>
        <w:rPr>
          <w:rFonts w:ascii="Arial" w:hAnsi="Arial" w:cs="Arial"/>
          <w:lang w:val="es-PE"/>
        </w:rPr>
      </w:pPr>
    </w:p>
    <w:p w14:paraId="0F3FC228" w14:textId="77777777" w:rsidR="00544EF0" w:rsidRDefault="00000000" w:rsidP="00DA14E6">
      <w:pPr>
        <w:spacing w:after="0" w:line="240" w:lineRule="auto"/>
        <w:jc w:val="both"/>
        <w:rPr>
          <w:rFonts w:ascii="Arial" w:hAnsi="Arial" w:cs="Arial"/>
          <w:b/>
          <w:color w:val="1F4D78"/>
          <w:lang w:val="es-PE"/>
        </w:rPr>
      </w:pPr>
      <w:r w:rsidRPr="00F3517B">
        <w:rPr>
          <w:rFonts w:ascii="Arial" w:hAnsi="Arial" w:cs="Arial"/>
          <w:b/>
          <w:color w:val="1F4D78"/>
          <w:lang w:val="es-PE"/>
        </w:rPr>
        <w:t>Derecho de información</w:t>
      </w:r>
    </w:p>
    <w:p w14:paraId="7296DDB9" w14:textId="77777777" w:rsidR="00DA14E6" w:rsidRPr="00F3517B" w:rsidRDefault="00DA14E6" w:rsidP="00DA14E6">
      <w:pPr>
        <w:spacing w:after="0" w:line="240" w:lineRule="auto"/>
        <w:jc w:val="both"/>
        <w:rPr>
          <w:rFonts w:ascii="Arial" w:hAnsi="Arial" w:cs="Arial"/>
          <w:lang w:val="es-PE"/>
        </w:rPr>
      </w:pPr>
    </w:p>
    <w:p w14:paraId="1C0823FE" w14:textId="77777777" w:rsidR="00544EF0" w:rsidRDefault="00000000" w:rsidP="00DA14E6">
      <w:pPr>
        <w:spacing w:after="0" w:line="240" w:lineRule="auto"/>
        <w:jc w:val="both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lang w:val="es-PE"/>
        </w:rPr>
        <w:t>Permite conocer las características del tratamiento de los datos personales, tales como finalidad, banco de datos, destinatarios, transferencias, conservación y medios para ejercer derechos. Plazo máximo de atención: ocho (8) días hábiles.</w:t>
      </w:r>
    </w:p>
    <w:p w14:paraId="3D655112" w14:textId="77777777" w:rsidR="00DA14E6" w:rsidRPr="00F3517B" w:rsidRDefault="00DA14E6" w:rsidP="00DA14E6">
      <w:pPr>
        <w:spacing w:after="0" w:line="240" w:lineRule="auto"/>
        <w:jc w:val="both"/>
        <w:rPr>
          <w:rFonts w:ascii="Arial" w:hAnsi="Arial" w:cs="Arial"/>
          <w:lang w:val="es-PE"/>
        </w:rPr>
      </w:pPr>
    </w:p>
    <w:p w14:paraId="7F59883C" w14:textId="77777777" w:rsidR="00544EF0" w:rsidRDefault="00000000" w:rsidP="00DA14E6">
      <w:pPr>
        <w:spacing w:after="0" w:line="240" w:lineRule="auto"/>
        <w:jc w:val="both"/>
        <w:rPr>
          <w:rFonts w:ascii="Arial" w:hAnsi="Arial" w:cs="Arial"/>
          <w:b/>
          <w:color w:val="1F4D78"/>
          <w:lang w:val="es-PE"/>
        </w:rPr>
      </w:pPr>
      <w:r w:rsidRPr="00F3517B">
        <w:rPr>
          <w:rFonts w:ascii="Arial" w:hAnsi="Arial" w:cs="Arial"/>
          <w:b/>
          <w:color w:val="1F4D78"/>
          <w:lang w:val="es-PE"/>
        </w:rPr>
        <w:t>Derecho de acceso</w:t>
      </w:r>
    </w:p>
    <w:p w14:paraId="305B5EF8" w14:textId="77777777" w:rsidR="00DA14E6" w:rsidRPr="00F3517B" w:rsidRDefault="00DA14E6" w:rsidP="00DA14E6">
      <w:pPr>
        <w:spacing w:after="0" w:line="240" w:lineRule="auto"/>
        <w:jc w:val="both"/>
        <w:rPr>
          <w:rFonts w:ascii="Arial" w:hAnsi="Arial" w:cs="Arial"/>
          <w:lang w:val="es-PE"/>
        </w:rPr>
      </w:pPr>
    </w:p>
    <w:p w14:paraId="28CC5225" w14:textId="77777777" w:rsidR="00544EF0" w:rsidRDefault="00000000" w:rsidP="00DA14E6">
      <w:pPr>
        <w:spacing w:after="0" w:line="240" w:lineRule="auto"/>
        <w:jc w:val="both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lang w:val="es-PE"/>
        </w:rPr>
        <w:t>Permite conocer los datos personales que son objeto de tratamiento, la forma en que fueron recopilados, sus finalidades, transferencias, condiciones de uso y plazo de conservación. Plazo máximo de atención: veinte (20) días hábiles.</w:t>
      </w:r>
    </w:p>
    <w:p w14:paraId="7677CCED" w14:textId="77777777" w:rsidR="00DA14E6" w:rsidRPr="00F3517B" w:rsidRDefault="00DA14E6" w:rsidP="00DA14E6">
      <w:pPr>
        <w:spacing w:after="0" w:line="240" w:lineRule="auto"/>
        <w:jc w:val="both"/>
        <w:rPr>
          <w:rFonts w:ascii="Arial" w:hAnsi="Arial" w:cs="Arial"/>
          <w:lang w:val="es-PE"/>
        </w:rPr>
      </w:pPr>
    </w:p>
    <w:p w14:paraId="41782218" w14:textId="77777777" w:rsidR="00544EF0" w:rsidRDefault="00000000" w:rsidP="00DA14E6">
      <w:pPr>
        <w:spacing w:after="0" w:line="240" w:lineRule="auto"/>
        <w:jc w:val="both"/>
        <w:rPr>
          <w:rFonts w:ascii="Arial" w:hAnsi="Arial" w:cs="Arial"/>
          <w:b/>
          <w:color w:val="1F4D78"/>
          <w:lang w:val="es-PE"/>
        </w:rPr>
      </w:pPr>
      <w:r w:rsidRPr="00F3517B">
        <w:rPr>
          <w:rFonts w:ascii="Arial" w:hAnsi="Arial" w:cs="Arial"/>
          <w:b/>
          <w:color w:val="1F4D78"/>
          <w:lang w:val="es-PE"/>
        </w:rPr>
        <w:t>Derecho de rectificación</w:t>
      </w:r>
    </w:p>
    <w:p w14:paraId="561B9CD3" w14:textId="77777777" w:rsidR="00DA14E6" w:rsidRPr="00F3517B" w:rsidRDefault="00DA14E6" w:rsidP="00DA14E6">
      <w:pPr>
        <w:spacing w:after="0" w:line="240" w:lineRule="auto"/>
        <w:jc w:val="both"/>
        <w:rPr>
          <w:rFonts w:ascii="Arial" w:hAnsi="Arial" w:cs="Arial"/>
          <w:lang w:val="es-PE"/>
        </w:rPr>
      </w:pPr>
    </w:p>
    <w:p w14:paraId="38C0C597" w14:textId="77777777" w:rsidR="00544EF0" w:rsidRDefault="00000000" w:rsidP="00DA14E6">
      <w:pPr>
        <w:spacing w:after="0" w:line="240" w:lineRule="auto"/>
        <w:jc w:val="both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lang w:val="es-PE"/>
        </w:rPr>
        <w:t>Permite solicitar la actualización, inclusión o corrección de datos inexactos, incompletos, erróneos o falsos. Debe precisarse el dato que se desea modificar y adjuntarse el sustento correspondiente, cuando sea necesario. Plazo máximo de atención: diez (10) días hábiles.</w:t>
      </w:r>
    </w:p>
    <w:p w14:paraId="79CD9AF4" w14:textId="77777777" w:rsidR="00DA14E6" w:rsidRPr="00F3517B" w:rsidRDefault="00DA14E6" w:rsidP="00DA14E6">
      <w:pPr>
        <w:spacing w:after="0" w:line="240" w:lineRule="auto"/>
        <w:jc w:val="both"/>
        <w:rPr>
          <w:rFonts w:ascii="Arial" w:hAnsi="Arial" w:cs="Arial"/>
          <w:lang w:val="es-PE"/>
        </w:rPr>
      </w:pPr>
    </w:p>
    <w:p w14:paraId="566907A6" w14:textId="77777777" w:rsidR="00544EF0" w:rsidRDefault="00000000" w:rsidP="00DA14E6">
      <w:pPr>
        <w:spacing w:after="0" w:line="240" w:lineRule="auto"/>
        <w:jc w:val="both"/>
        <w:rPr>
          <w:rFonts w:ascii="Arial" w:hAnsi="Arial" w:cs="Arial"/>
          <w:b/>
          <w:color w:val="1F4D78"/>
          <w:lang w:val="es-PE"/>
        </w:rPr>
      </w:pPr>
      <w:r w:rsidRPr="00F3517B">
        <w:rPr>
          <w:rFonts w:ascii="Arial" w:hAnsi="Arial" w:cs="Arial"/>
          <w:b/>
          <w:color w:val="1F4D78"/>
          <w:lang w:val="es-PE"/>
        </w:rPr>
        <w:t>Derecho de cancelación o supresión</w:t>
      </w:r>
    </w:p>
    <w:p w14:paraId="2AE7E7A1" w14:textId="77777777" w:rsidR="00DA14E6" w:rsidRPr="00F3517B" w:rsidRDefault="00DA14E6" w:rsidP="00DA14E6">
      <w:pPr>
        <w:spacing w:after="0" w:line="240" w:lineRule="auto"/>
        <w:jc w:val="both"/>
        <w:rPr>
          <w:rFonts w:ascii="Arial" w:hAnsi="Arial" w:cs="Arial"/>
          <w:lang w:val="es-PE"/>
        </w:rPr>
      </w:pPr>
    </w:p>
    <w:p w14:paraId="16574453" w14:textId="77777777" w:rsidR="00544EF0" w:rsidRDefault="00000000" w:rsidP="00DA14E6">
      <w:pPr>
        <w:spacing w:after="0" w:line="240" w:lineRule="auto"/>
        <w:jc w:val="both"/>
        <w:rPr>
          <w:rFonts w:ascii="Arial" w:hAnsi="Arial" w:cs="Arial"/>
          <w:lang w:val="es-PE"/>
        </w:rPr>
      </w:pPr>
      <w:r w:rsidRPr="00F3517B">
        <w:rPr>
          <w:rFonts w:ascii="Arial" w:hAnsi="Arial" w:cs="Arial"/>
          <w:lang w:val="es-PE"/>
        </w:rPr>
        <w:t>Permite solicitar la eliminación de datos personales cuando corresponda. Puede no proceder cuando exista una obligación legal o contractual de conservarlos. Plazo máximo de atención: diez (10) días hábiles.</w:t>
      </w:r>
    </w:p>
    <w:p w14:paraId="336337C4" w14:textId="77777777" w:rsidR="00DA14E6" w:rsidRPr="00F3517B" w:rsidRDefault="00DA14E6" w:rsidP="00DA14E6">
      <w:pPr>
        <w:spacing w:after="0" w:line="240" w:lineRule="auto"/>
        <w:jc w:val="both"/>
        <w:rPr>
          <w:rFonts w:ascii="Arial" w:hAnsi="Arial" w:cs="Arial"/>
          <w:lang w:val="es-PE"/>
        </w:rPr>
      </w:pPr>
    </w:p>
    <w:p w14:paraId="2CE4CF8A" w14:textId="77777777" w:rsidR="00544EF0" w:rsidRDefault="00000000" w:rsidP="00DA14E6">
      <w:pPr>
        <w:spacing w:after="0" w:line="240" w:lineRule="auto"/>
        <w:jc w:val="both"/>
        <w:rPr>
          <w:rFonts w:ascii="Arial" w:hAnsi="Arial" w:cs="Arial"/>
          <w:b/>
          <w:color w:val="1F4D78"/>
          <w:lang w:val="es-PE"/>
        </w:rPr>
      </w:pPr>
      <w:r w:rsidRPr="00F3517B">
        <w:rPr>
          <w:rFonts w:ascii="Arial" w:hAnsi="Arial" w:cs="Arial"/>
          <w:b/>
          <w:color w:val="1F4D78"/>
          <w:lang w:val="es-PE"/>
        </w:rPr>
        <w:t>Derecho de oposición</w:t>
      </w:r>
    </w:p>
    <w:p w14:paraId="5E3FC878" w14:textId="77777777" w:rsidR="00DA14E6" w:rsidRPr="00F3517B" w:rsidRDefault="00DA14E6" w:rsidP="00DA14E6">
      <w:pPr>
        <w:spacing w:after="0" w:line="240" w:lineRule="auto"/>
        <w:jc w:val="both"/>
        <w:rPr>
          <w:rFonts w:ascii="Arial" w:hAnsi="Arial" w:cs="Arial"/>
          <w:lang w:val="es-PE"/>
        </w:rPr>
      </w:pPr>
    </w:p>
    <w:p w14:paraId="60FA9B20" w14:textId="77777777" w:rsidR="00544EF0" w:rsidRPr="00DA14E6" w:rsidRDefault="00000000" w:rsidP="00DA14E6">
      <w:pPr>
        <w:spacing w:after="0" w:line="240" w:lineRule="auto"/>
        <w:jc w:val="both"/>
        <w:rPr>
          <w:rFonts w:ascii="Arial" w:hAnsi="Arial" w:cs="Arial"/>
          <w:lang w:val="es-PE"/>
        </w:rPr>
      </w:pPr>
      <w:r w:rsidRPr="00DA14E6">
        <w:rPr>
          <w:rFonts w:ascii="Arial" w:hAnsi="Arial" w:cs="Arial"/>
          <w:lang w:val="es-PE"/>
        </w:rPr>
        <w:t>Permite oponerse al tratamiento de datos personales por motivos fundados y legítimos, en los casos previstos por la normativa. Plazo máximo de atención: diez (10) días hábiles.</w:t>
      </w:r>
    </w:p>
    <w:p w14:paraId="091E0B19" w14:textId="006EC517" w:rsidR="00544EF0" w:rsidRPr="00DA14E6" w:rsidRDefault="00000000" w:rsidP="00DA14E6">
      <w:pPr>
        <w:spacing w:after="0" w:line="240" w:lineRule="auto"/>
        <w:jc w:val="both"/>
        <w:rPr>
          <w:rFonts w:ascii="Arial" w:hAnsi="Arial" w:cs="Arial"/>
          <w:lang w:val="es-PE"/>
        </w:rPr>
      </w:pPr>
      <w:r w:rsidRPr="00DA14E6">
        <w:rPr>
          <w:rFonts w:ascii="Arial" w:hAnsi="Arial" w:cs="Arial"/>
          <w:lang w:val="es-PE"/>
        </w:rPr>
        <w:t xml:space="preserve">Canales de presentación: correo electrónico sgsi@tama.pe o </w:t>
      </w:r>
      <w:r w:rsidR="00DA14E6">
        <w:rPr>
          <w:rFonts w:ascii="Arial" w:hAnsi="Arial" w:cs="Arial"/>
          <w:lang w:val="es-PE"/>
        </w:rPr>
        <w:t>en la sede</w:t>
      </w:r>
      <w:r w:rsidRPr="00DA14E6">
        <w:rPr>
          <w:rFonts w:ascii="Arial" w:hAnsi="Arial" w:cs="Arial"/>
          <w:lang w:val="es-PE"/>
        </w:rPr>
        <w:t xml:space="preserve"> </w:t>
      </w:r>
      <w:r w:rsidR="00DA14E6" w:rsidRPr="00DA14E6">
        <w:rPr>
          <w:rFonts w:ascii="Arial" w:hAnsi="Arial" w:cs="Arial"/>
          <w:lang w:val="es-PE"/>
        </w:rPr>
        <w:t xml:space="preserve">Calle 3, </w:t>
      </w:r>
      <w:proofErr w:type="spellStart"/>
      <w:proofErr w:type="gramStart"/>
      <w:r w:rsidR="00DA14E6" w:rsidRPr="00DA14E6">
        <w:rPr>
          <w:rFonts w:ascii="Arial" w:hAnsi="Arial" w:cs="Arial"/>
          <w:lang w:val="es-PE"/>
        </w:rPr>
        <w:t>Mz.B</w:t>
      </w:r>
      <w:proofErr w:type="spellEnd"/>
      <w:proofErr w:type="gramEnd"/>
      <w:r w:rsidR="00DA14E6" w:rsidRPr="00DA14E6">
        <w:rPr>
          <w:rFonts w:ascii="Arial" w:hAnsi="Arial" w:cs="Arial"/>
          <w:lang w:val="es-PE"/>
        </w:rPr>
        <w:t xml:space="preserve">, Lt.1, Urbanización Barbadillo, Ate, 150103- Lima </w:t>
      </w:r>
      <w:r w:rsidR="00DA14E6">
        <w:rPr>
          <w:rFonts w:ascii="Arial" w:hAnsi="Arial" w:cs="Arial"/>
          <w:lang w:val="es-PE"/>
        </w:rPr>
        <w:t>–</w:t>
      </w:r>
      <w:r w:rsidR="00DA14E6" w:rsidRPr="00DA14E6">
        <w:rPr>
          <w:rFonts w:ascii="Arial" w:hAnsi="Arial" w:cs="Arial"/>
          <w:lang w:val="es-PE"/>
        </w:rPr>
        <w:t xml:space="preserve"> Perú</w:t>
      </w:r>
      <w:r w:rsidR="00DA14E6">
        <w:rPr>
          <w:rFonts w:ascii="Arial" w:hAnsi="Arial" w:cs="Arial"/>
          <w:lang w:val="es-PE"/>
        </w:rPr>
        <w:t>.</w:t>
      </w:r>
    </w:p>
    <w:sectPr w:rsidR="00544EF0" w:rsidRPr="00DA14E6" w:rsidSect="00F3517B">
      <w:headerReference w:type="default" r:id="rId8"/>
      <w:footerReference w:type="default" r:id="rId9"/>
      <w:pgSz w:w="11907" w:h="16840" w:code="9"/>
      <w:pgMar w:top="2268" w:right="1418" w:bottom="1985" w:left="1418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023AF" w14:textId="77777777" w:rsidR="007228EF" w:rsidRDefault="007228EF">
      <w:pPr>
        <w:spacing w:after="0" w:line="240" w:lineRule="auto"/>
      </w:pPr>
      <w:r>
        <w:separator/>
      </w:r>
    </w:p>
  </w:endnote>
  <w:endnote w:type="continuationSeparator" w:id="0">
    <w:p w14:paraId="66622DF9" w14:textId="77777777" w:rsidR="007228EF" w:rsidRDefault="00722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8B7B2" w14:textId="77777777" w:rsidR="00544EF0" w:rsidRPr="00F3517B" w:rsidRDefault="00000000">
    <w:pPr>
      <w:pStyle w:val="Piedepgina"/>
      <w:jc w:val="center"/>
      <w:rPr>
        <w:lang w:val="es-PE"/>
      </w:rPr>
    </w:pPr>
    <w:r w:rsidRPr="00F3517B">
      <w:rPr>
        <w:rFonts w:ascii="Arial" w:hAnsi="Arial"/>
        <w:color w:val="646464"/>
        <w:sz w:val="16"/>
        <w:lang w:val="es-PE"/>
      </w:rPr>
      <w:t>Uso exclusivo para solicitudes vinculadas al tratamiento de datos personales en el sitio web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B803D" w14:textId="77777777" w:rsidR="007228EF" w:rsidRDefault="007228EF">
      <w:pPr>
        <w:spacing w:after="0" w:line="240" w:lineRule="auto"/>
      </w:pPr>
      <w:r>
        <w:separator/>
      </w:r>
    </w:p>
  </w:footnote>
  <w:footnote w:type="continuationSeparator" w:id="0">
    <w:p w14:paraId="1A5C87FC" w14:textId="77777777" w:rsidR="007228EF" w:rsidRDefault="00722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639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3"/>
      <w:gridCol w:w="5245"/>
      <w:gridCol w:w="943"/>
      <w:gridCol w:w="1188"/>
    </w:tblGrid>
    <w:tr w:rsidR="00F3517B" w:rsidRPr="00F3517B" w14:paraId="250F94E1" w14:textId="77777777" w:rsidTr="00053EDA">
      <w:trPr>
        <w:trHeight w:val="340"/>
        <w:jc w:val="center"/>
      </w:trPr>
      <w:tc>
        <w:tcPr>
          <w:tcW w:w="2263" w:type="dxa"/>
          <w:vMerge w:val="restart"/>
          <w:vAlign w:val="center"/>
        </w:tcPr>
        <w:p w14:paraId="6466F627" w14:textId="77777777" w:rsidR="00F3517B" w:rsidRPr="00F3517B" w:rsidRDefault="00F3517B" w:rsidP="00F3517B">
          <w:pPr>
            <w:pStyle w:val="Encabezado"/>
            <w:rPr>
              <w:rFonts w:ascii="Arial" w:hAnsi="Arial" w:cs="Arial"/>
              <w:lang w:val="es-PE"/>
            </w:rPr>
          </w:pPr>
          <w:r w:rsidRPr="00F3517B">
            <w:rPr>
              <w:rFonts w:ascii="Arial" w:hAnsi="Arial" w:cs="Arial"/>
              <w:noProof/>
              <w:lang w:val="es-PE"/>
            </w:rPr>
            <w:drawing>
              <wp:inline distT="0" distB="0" distL="0" distR="0" wp14:anchorId="27DEB481" wp14:editId="25BF7E40">
                <wp:extent cx="1333500" cy="501181"/>
                <wp:effectExtent l="0" t="0" r="0" b="0"/>
                <wp:docPr id="1600115338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0115338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8062" cy="5028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Merge w:val="restart"/>
          <w:vAlign w:val="center"/>
        </w:tcPr>
        <w:p w14:paraId="5CFE2702" w14:textId="77777777" w:rsidR="00F3517B" w:rsidRPr="00F3517B" w:rsidRDefault="00F3517B" w:rsidP="00F3517B">
          <w:pPr>
            <w:pStyle w:val="Encabezado"/>
            <w:jc w:val="center"/>
            <w:rPr>
              <w:rFonts w:ascii="Arial" w:hAnsi="Arial" w:cs="Arial"/>
              <w:b/>
              <w:lang w:val="es-PE"/>
            </w:rPr>
          </w:pPr>
          <w:r w:rsidRPr="00F3517B">
            <w:rPr>
              <w:rFonts w:ascii="Arial" w:hAnsi="Arial" w:cs="Arial"/>
              <w:b/>
              <w:lang w:val="es-PE"/>
            </w:rPr>
            <w:t>SISTEMA INTEGRADO DE GESTIÓN</w:t>
          </w:r>
        </w:p>
      </w:tc>
      <w:tc>
        <w:tcPr>
          <w:tcW w:w="2131" w:type="dxa"/>
          <w:gridSpan w:val="2"/>
          <w:vAlign w:val="center"/>
        </w:tcPr>
        <w:p w14:paraId="1D2B66B3" w14:textId="573B4FB3" w:rsidR="00F3517B" w:rsidRPr="00F3517B" w:rsidRDefault="00F3517B" w:rsidP="00F3517B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  <w:lang w:val="es-PE"/>
            </w:rPr>
          </w:pPr>
          <w:r w:rsidRPr="00F3517B">
            <w:rPr>
              <w:rFonts w:ascii="Arial" w:hAnsi="Arial" w:cs="Arial"/>
              <w:b/>
              <w:sz w:val="20"/>
              <w:szCs w:val="20"/>
              <w:lang w:val="es-PE"/>
            </w:rPr>
            <w:t>T-SI-</w:t>
          </w:r>
          <w:r>
            <w:rPr>
              <w:rFonts w:ascii="Arial" w:hAnsi="Arial" w:cs="Arial"/>
              <w:b/>
              <w:sz w:val="20"/>
              <w:szCs w:val="20"/>
              <w:lang w:val="es-PE"/>
            </w:rPr>
            <w:t>F</w:t>
          </w:r>
          <w:r w:rsidRPr="00F3517B">
            <w:rPr>
              <w:rFonts w:ascii="Arial" w:hAnsi="Arial" w:cs="Arial"/>
              <w:b/>
              <w:sz w:val="20"/>
              <w:szCs w:val="20"/>
              <w:lang w:val="es-PE"/>
            </w:rPr>
            <w:t>-</w:t>
          </w:r>
          <w:r>
            <w:rPr>
              <w:rFonts w:ascii="Arial" w:hAnsi="Arial" w:cs="Arial"/>
              <w:b/>
              <w:sz w:val="20"/>
              <w:szCs w:val="20"/>
              <w:lang w:val="es-PE"/>
            </w:rPr>
            <w:t>14</w:t>
          </w:r>
        </w:p>
      </w:tc>
    </w:tr>
    <w:tr w:rsidR="00F3517B" w:rsidRPr="00F3517B" w14:paraId="38847AF7" w14:textId="77777777" w:rsidTr="00053EDA">
      <w:tblPrEx>
        <w:tblCellMar>
          <w:left w:w="108" w:type="dxa"/>
          <w:right w:w="108" w:type="dxa"/>
        </w:tblCellMar>
      </w:tblPrEx>
      <w:trPr>
        <w:trHeight w:val="340"/>
        <w:jc w:val="center"/>
      </w:trPr>
      <w:tc>
        <w:tcPr>
          <w:tcW w:w="2263" w:type="dxa"/>
          <w:vMerge/>
        </w:tcPr>
        <w:p w14:paraId="61CF49E3" w14:textId="77777777" w:rsidR="00F3517B" w:rsidRPr="00F3517B" w:rsidRDefault="00F3517B" w:rsidP="00F3517B">
          <w:pPr>
            <w:pStyle w:val="Encabezado"/>
            <w:rPr>
              <w:rFonts w:ascii="Arial" w:hAnsi="Arial" w:cs="Arial"/>
              <w:lang w:val="es-PE"/>
            </w:rPr>
          </w:pPr>
        </w:p>
      </w:tc>
      <w:tc>
        <w:tcPr>
          <w:tcW w:w="5245" w:type="dxa"/>
          <w:vMerge/>
        </w:tcPr>
        <w:p w14:paraId="6852749C" w14:textId="77777777" w:rsidR="00F3517B" w:rsidRPr="00F3517B" w:rsidRDefault="00F3517B" w:rsidP="00F3517B">
          <w:pPr>
            <w:pStyle w:val="Encabezado"/>
            <w:rPr>
              <w:rFonts w:ascii="Arial" w:hAnsi="Arial" w:cs="Arial"/>
              <w:lang w:val="es-PE"/>
            </w:rPr>
          </w:pPr>
        </w:p>
      </w:tc>
      <w:tc>
        <w:tcPr>
          <w:tcW w:w="943" w:type="dxa"/>
          <w:vAlign w:val="center"/>
        </w:tcPr>
        <w:p w14:paraId="3E507B22" w14:textId="77777777" w:rsidR="00F3517B" w:rsidRPr="00F3517B" w:rsidRDefault="00F3517B" w:rsidP="00F3517B">
          <w:pPr>
            <w:pStyle w:val="Encabezado"/>
            <w:rPr>
              <w:rFonts w:ascii="Arial" w:hAnsi="Arial" w:cs="Arial"/>
              <w:sz w:val="20"/>
              <w:szCs w:val="20"/>
              <w:lang w:val="es-PE"/>
            </w:rPr>
          </w:pPr>
          <w:r w:rsidRPr="00F3517B">
            <w:rPr>
              <w:rFonts w:ascii="Arial" w:hAnsi="Arial" w:cs="Arial"/>
              <w:sz w:val="20"/>
              <w:szCs w:val="20"/>
              <w:lang w:val="es-PE"/>
            </w:rPr>
            <w:t>Fecha</w:t>
          </w:r>
        </w:p>
      </w:tc>
      <w:tc>
        <w:tcPr>
          <w:tcW w:w="1188" w:type="dxa"/>
          <w:vAlign w:val="center"/>
        </w:tcPr>
        <w:p w14:paraId="3090A7DC" w14:textId="77777777" w:rsidR="00F3517B" w:rsidRPr="00F3517B" w:rsidRDefault="00F3517B" w:rsidP="00F3517B">
          <w:pPr>
            <w:rPr>
              <w:rFonts w:ascii="Arial" w:hAnsi="Arial" w:cs="Arial"/>
              <w:sz w:val="20"/>
              <w:szCs w:val="20"/>
              <w:lang w:val="es-PE"/>
            </w:rPr>
          </w:pPr>
          <w:r w:rsidRPr="00F3517B">
            <w:rPr>
              <w:rFonts w:ascii="Arial" w:hAnsi="Arial" w:cs="Arial"/>
              <w:sz w:val="20"/>
              <w:szCs w:val="20"/>
              <w:lang w:val="es-PE"/>
            </w:rPr>
            <w:t>31/08/26</w:t>
          </w:r>
        </w:p>
      </w:tc>
    </w:tr>
    <w:tr w:rsidR="00F3517B" w:rsidRPr="00F3517B" w14:paraId="019663C8" w14:textId="77777777" w:rsidTr="00053EDA">
      <w:tblPrEx>
        <w:tblCellMar>
          <w:left w:w="108" w:type="dxa"/>
          <w:right w:w="108" w:type="dxa"/>
        </w:tblCellMar>
      </w:tblPrEx>
      <w:trPr>
        <w:trHeight w:val="340"/>
        <w:jc w:val="center"/>
      </w:trPr>
      <w:tc>
        <w:tcPr>
          <w:tcW w:w="2263" w:type="dxa"/>
          <w:vMerge/>
        </w:tcPr>
        <w:p w14:paraId="4D6E199D" w14:textId="77777777" w:rsidR="00F3517B" w:rsidRPr="00F3517B" w:rsidRDefault="00F3517B" w:rsidP="00F3517B">
          <w:pPr>
            <w:pStyle w:val="Encabezado"/>
            <w:rPr>
              <w:rFonts w:ascii="Arial" w:hAnsi="Arial" w:cs="Arial"/>
              <w:lang w:val="es-PE"/>
            </w:rPr>
          </w:pPr>
        </w:p>
      </w:tc>
      <w:tc>
        <w:tcPr>
          <w:tcW w:w="5245" w:type="dxa"/>
          <w:vMerge w:val="restart"/>
          <w:vAlign w:val="center"/>
        </w:tcPr>
        <w:p w14:paraId="13D98B9B" w14:textId="405FC0A4" w:rsidR="00F3517B" w:rsidRPr="00F3517B" w:rsidRDefault="00F3517B" w:rsidP="00F3517B">
          <w:pPr>
            <w:pStyle w:val="Encabezado"/>
            <w:jc w:val="center"/>
            <w:rPr>
              <w:rFonts w:ascii="Arial" w:hAnsi="Arial" w:cs="Arial"/>
              <w:b/>
              <w:lang w:val="es-PE"/>
            </w:rPr>
          </w:pPr>
          <w:r>
            <w:rPr>
              <w:rFonts w:ascii="Arial" w:hAnsi="Arial" w:cs="Arial"/>
              <w:b/>
              <w:lang w:val="es-PE"/>
            </w:rPr>
            <w:t>SOLICITUD PARA EL EJERCICIO DE DERECHOS ARCO</w:t>
          </w:r>
        </w:p>
      </w:tc>
      <w:tc>
        <w:tcPr>
          <w:tcW w:w="943" w:type="dxa"/>
          <w:vAlign w:val="center"/>
        </w:tcPr>
        <w:p w14:paraId="1BCD7E8B" w14:textId="77777777" w:rsidR="00F3517B" w:rsidRPr="00F3517B" w:rsidRDefault="00F3517B" w:rsidP="00F3517B">
          <w:pPr>
            <w:pStyle w:val="Encabezado"/>
            <w:rPr>
              <w:rFonts w:ascii="Arial" w:hAnsi="Arial" w:cs="Arial"/>
              <w:sz w:val="20"/>
              <w:szCs w:val="20"/>
              <w:lang w:val="es-PE"/>
            </w:rPr>
          </w:pPr>
          <w:r w:rsidRPr="00F3517B">
            <w:rPr>
              <w:rFonts w:ascii="Arial" w:hAnsi="Arial" w:cs="Arial"/>
              <w:sz w:val="20"/>
              <w:szCs w:val="20"/>
              <w:lang w:val="es-PE"/>
            </w:rPr>
            <w:t>Versión</w:t>
          </w:r>
        </w:p>
      </w:tc>
      <w:tc>
        <w:tcPr>
          <w:tcW w:w="1188" w:type="dxa"/>
          <w:vAlign w:val="center"/>
        </w:tcPr>
        <w:p w14:paraId="357C6E0B" w14:textId="31CD71C5" w:rsidR="00F3517B" w:rsidRPr="00F3517B" w:rsidRDefault="00F3517B" w:rsidP="00F3517B">
          <w:pPr>
            <w:rPr>
              <w:rFonts w:ascii="Arial" w:hAnsi="Arial" w:cs="Arial"/>
              <w:sz w:val="20"/>
              <w:szCs w:val="20"/>
              <w:lang w:val="es-PE"/>
            </w:rPr>
          </w:pPr>
          <w:r w:rsidRPr="00F3517B">
            <w:rPr>
              <w:rFonts w:ascii="Arial" w:hAnsi="Arial" w:cs="Arial"/>
              <w:sz w:val="20"/>
              <w:szCs w:val="20"/>
              <w:lang w:val="es-PE"/>
            </w:rPr>
            <w:t>0</w:t>
          </w:r>
          <w:r w:rsidR="0025600B">
            <w:rPr>
              <w:rFonts w:ascii="Arial" w:hAnsi="Arial" w:cs="Arial"/>
              <w:sz w:val="20"/>
              <w:szCs w:val="20"/>
              <w:lang w:val="es-PE"/>
            </w:rPr>
            <w:t>2</w:t>
          </w:r>
        </w:p>
      </w:tc>
    </w:tr>
    <w:tr w:rsidR="00F3517B" w:rsidRPr="00F3517B" w14:paraId="3526AD9A" w14:textId="77777777" w:rsidTr="00053EDA">
      <w:tblPrEx>
        <w:tblCellMar>
          <w:left w:w="108" w:type="dxa"/>
          <w:right w:w="108" w:type="dxa"/>
        </w:tblCellMar>
      </w:tblPrEx>
      <w:trPr>
        <w:trHeight w:val="340"/>
        <w:jc w:val="center"/>
      </w:trPr>
      <w:tc>
        <w:tcPr>
          <w:tcW w:w="2263" w:type="dxa"/>
          <w:vMerge/>
        </w:tcPr>
        <w:p w14:paraId="017EA396" w14:textId="77777777" w:rsidR="00F3517B" w:rsidRPr="00F3517B" w:rsidRDefault="00F3517B" w:rsidP="00F3517B">
          <w:pPr>
            <w:pStyle w:val="Encabezado"/>
            <w:rPr>
              <w:rFonts w:ascii="Arial" w:hAnsi="Arial" w:cs="Arial"/>
              <w:lang w:val="es-PE"/>
            </w:rPr>
          </w:pPr>
        </w:p>
      </w:tc>
      <w:tc>
        <w:tcPr>
          <w:tcW w:w="5245" w:type="dxa"/>
          <w:vMerge/>
        </w:tcPr>
        <w:p w14:paraId="7256603F" w14:textId="77777777" w:rsidR="00F3517B" w:rsidRPr="00F3517B" w:rsidRDefault="00F3517B" w:rsidP="00F3517B">
          <w:pPr>
            <w:pStyle w:val="Encabezado"/>
            <w:rPr>
              <w:rFonts w:ascii="Arial" w:hAnsi="Arial" w:cs="Arial"/>
              <w:lang w:val="es-PE"/>
            </w:rPr>
          </w:pPr>
        </w:p>
      </w:tc>
      <w:tc>
        <w:tcPr>
          <w:tcW w:w="943" w:type="dxa"/>
          <w:vAlign w:val="center"/>
        </w:tcPr>
        <w:p w14:paraId="76B74369" w14:textId="77777777" w:rsidR="00F3517B" w:rsidRPr="00F3517B" w:rsidRDefault="00F3517B" w:rsidP="00F3517B">
          <w:pPr>
            <w:pStyle w:val="Encabezado"/>
            <w:rPr>
              <w:rFonts w:ascii="Arial" w:hAnsi="Arial" w:cs="Arial"/>
              <w:sz w:val="20"/>
              <w:szCs w:val="20"/>
              <w:lang w:val="es-PE"/>
            </w:rPr>
          </w:pPr>
          <w:r w:rsidRPr="00F3517B">
            <w:rPr>
              <w:rFonts w:ascii="Arial" w:hAnsi="Arial" w:cs="Arial"/>
              <w:sz w:val="20"/>
              <w:szCs w:val="20"/>
              <w:lang w:val="es-PE"/>
            </w:rPr>
            <w:t>Página</w:t>
          </w:r>
        </w:p>
      </w:tc>
      <w:tc>
        <w:tcPr>
          <w:tcW w:w="1188" w:type="dxa"/>
          <w:vAlign w:val="center"/>
        </w:tcPr>
        <w:p w14:paraId="6FA201A9" w14:textId="77777777" w:rsidR="00F3517B" w:rsidRPr="00F3517B" w:rsidRDefault="00F3517B" w:rsidP="00F3517B">
          <w:pPr>
            <w:pStyle w:val="Encabezado"/>
            <w:rPr>
              <w:rFonts w:ascii="Arial" w:hAnsi="Arial" w:cs="Arial"/>
              <w:sz w:val="20"/>
              <w:szCs w:val="20"/>
              <w:lang w:val="es-PE"/>
            </w:rPr>
          </w:pPr>
          <w:r w:rsidRPr="00F3517B">
            <w:rPr>
              <w:rFonts w:ascii="Arial" w:hAnsi="Arial" w:cs="Arial"/>
              <w:sz w:val="20"/>
              <w:szCs w:val="20"/>
              <w:lang w:val="es-PE"/>
            </w:rPr>
            <w:fldChar w:fldCharType="begin"/>
          </w:r>
          <w:r w:rsidRPr="00F3517B">
            <w:rPr>
              <w:rFonts w:ascii="Arial" w:hAnsi="Arial" w:cs="Arial"/>
              <w:sz w:val="20"/>
              <w:szCs w:val="20"/>
              <w:lang w:val="es-PE"/>
            </w:rPr>
            <w:instrText xml:space="preserve"> PAGE   \* MERGEFORMAT </w:instrText>
          </w:r>
          <w:r w:rsidRPr="00F3517B">
            <w:rPr>
              <w:rFonts w:ascii="Arial" w:hAnsi="Arial" w:cs="Arial"/>
              <w:sz w:val="20"/>
              <w:szCs w:val="20"/>
              <w:lang w:val="es-PE"/>
            </w:rPr>
            <w:fldChar w:fldCharType="separate"/>
          </w:r>
          <w:r w:rsidRPr="00F3517B">
            <w:rPr>
              <w:rFonts w:ascii="Arial" w:hAnsi="Arial" w:cs="Arial"/>
              <w:noProof/>
              <w:sz w:val="20"/>
              <w:szCs w:val="20"/>
              <w:lang w:val="es-PE"/>
            </w:rPr>
            <w:t>11</w:t>
          </w:r>
          <w:r w:rsidRPr="00F3517B">
            <w:rPr>
              <w:rFonts w:ascii="Arial" w:hAnsi="Arial" w:cs="Arial"/>
              <w:sz w:val="20"/>
              <w:szCs w:val="20"/>
              <w:lang w:val="es-PE"/>
            </w:rPr>
            <w:fldChar w:fldCharType="end"/>
          </w:r>
          <w:r w:rsidRPr="00F3517B">
            <w:rPr>
              <w:rFonts w:ascii="Arial" w:hAnsi="Arial" w:cs="Arial"/>
              <w:sz w:val="20"/>
              <w:szCs w:val="20"/>
              <w:lang w:val="es-PE"/>
            </w:rPr>
            <w:t xml:space="preserve"> de </w:t>
          </w:r>
          <w:r w:rsidRPr="00F3517B">
            <w:rPr>
              <w:rFonts w:ascii="Arial" w:hAnsi="Arial" w:cs="Arial"/>
              <w:sz w:val="20"/>
              <w:szCs w:val="20"/>
              <w:lang w:val="es-PE"/>
            </w:rPr>
            <w:fldChar w:fldCharType="begin"/>
          </w:r>
          <w:r w:rsidRPr="00F3517B">
            <w:rPr>
              <w:rFonts w:ascii="Arial" w:hAnsi="Arial" w:cs="Arial"/>
              <w:sz w:val="20"/>
              <w:szCs w:val="20"/>
              <w:lang w:val="es-PE"/>
            </w:rPr>
            <w:instrText>NUMPAGES</w:instrText>
          </w:r>
          <w:r w:rsidRPr="00F3517B">
            <w:rPr>
              <w:rFonts w:ascii="Arial" w:hAnsi="Arial" w:cs="Arial"/>
              <w:sz w:val="20"/>
              <w:szCs w:val="20"/>
              <w:lang w:val="es-PE"/>
            </w:rPr>
            <w:fldChar w:fldCharType="separate"/>
          </w:r>
          <w:r w:rsidRPr="00F3517B">
            <w:rPr>
              <w:rFonts w:ascii="Arial" w:hAnsi="Arial" w:cs="Arial"/>
              <w:noProof/>
              <w:sz w:val="20"/>
              <w:szCs w:val="20"/>
              <w:lang w:val="es-PE"/>
            </w:rPr>
            <w:t>11</w:t>
          </w:r>
          <w:r w:rsidRPr="00F3517B">
            <w:rPr>
              <w:rFonts w:ascii="Arial" w:hAnsi="Arial" w:cs="Arial"/>
              <w:sz w:val="20"/>
              <w:szCs w:val="20"/>
              <w:lang w:val="es-PE"/>
            </w:rPr>
            <w:fldChar w:fldCharType="end"/>
          </w:r>
        </w:p>
      </w:tc>
    </w:tr>
  </w:tbl>
  <w:p w14:paraId="5BC15848" w14:textId="48D9BE51" w:rsidR="00544EF0" w:rsidRPr="00F3517B" w:rsidRDefault="00544EF0" w:rsidP="00F3517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3F17147"/>
    <w:multiLevelType w:val="hybridMultilevel"/>
    <w:tmpl w:val="155A9170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3954467">
    <w:abstractNumId w:val="8"/>
  </w:num>
  <w:num w:numId="2" w16cid:durableId="1708334342">
    <w:abstractNumId w:val="6"/>
  </w:num>
  <w:num w:numId="3" w16cid:durableId="525338704">
    <w:abstractNumId w:val="5"/>
  </w:num>
  <w:num w:numId="4" w16cid:durableId="678313566">
    <w:abstractNumId w:val="4"/>
  </w:num>
  <w:num w:numId="5" w16cid:durableId="1897425613">
    <w:abstractNumId w:val="7"/>
  </w:num>
  <w:num w:numId="6" w16cid:durableId="703291397">
    <w:abstractNumId w:val="3"/>
  </w:num>
  <w:num w:numId="7" w16cid:durableId="1937398696">
    <w:abstractNumId w:val="2"/>
  </w:num>
  <w:num w:numId="8" w16cid:durableId="1048996536">
    <w:abstractNumId w:val="1"/>
  </w:num>
  <w:num w:numId="9" w16cid:durableId="1577395546">
    <w:abstractNumId w:val="0"/>
  </w:num>
  <w:num w:numId="10" w16cid:durableId="14471958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01EB"/>
    <w:rsid w:val="0025600B"/>
    <w:rsid w:val="0029639D"/>
    <w:rsid w:val="002F281D"/>
    <w:rsid w:val="00326F90"/>
    <w:rsid w:val="003F7857"/>
    <w:rsid w:val="00544EF0"/>
    <w:rsid w:val="007228EF"/>
    <w:rsid w:val="00AA1D8D"/>
    <w:rsid w:val="00B47730"/>
    <w:rsid w:val="00CB0664"/>
    <w:rsid w:val="00DA14E6"/>
    <w:rsid w:val="00DF26BC"/>
    <w:rsid w:val="00F3517B"/>
    <w:rsid w:val="00F949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131BB3A"/>
  <w14:defaultImageDpi w14:val="300"/>
  <w15:docId w15:val="{508D280A-CC8B-438A-B18B-A2F254E63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683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Jose Sovero</cp:lastModifiedBy>
  <cp:revision>2</cp:revision>
  <dcterms:created xsi:type="dcterms:W3CDTF">2026-10-02T21:12:00Z</dcterms:created>
  <dcterms:modified xsi:type="dcterms:W3CDTF">2026-10-02T21:12:00Z</dcterms:modified>
  <cp:category/>
</cp:coreProperties>
</file>